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F4532" w14:textId="5EADCC84" w:rsidR="00DB293B" w:rsidRPr="009C2648" w:rsidRDefault="00000000" w:rsidP="009C2648">
      <w:pPr>
        <w:pStyle w:val="Titolo1"/>
        <w:jc w:val="center"/>
        <w:rPr>
          <w:rFonts w:ascii="Times New Roman" w:hAnsi="Times New Roman" w:cs="Times New Roman"/>
          <w:sz w:val="24"/>
          <w:szCs w:val="24"/>
        </w:rPr>
      </w:pPr>
      <w:r w:rsidRPr="009C2648">
        <w:rPr>
          <w:rFonts w:ascii="Times New Roman" w:hAnsi="Times New Roman" w:cs="Times New Roman"/>
          <w:color w:val="000000"/>
          <w:sz w:val="24"/>
          <w:szCs w:val="24"/>
        </w:rPr>
        <w:t xml:space="preserve">ALLEGATO </w:t>
      </w:r>
      <w:r w:rsidR="00FE1B08">
        <w:rPr>
          <w:rFonts w:ascii="Times New Roman" w:hAnsi="Times New Roman" w:cs="Times New Roman"/>
          <w:color w:val="000000"/>
          <w:sz w:val="24"/>
          <w:szCs w:val="24"/>
        </w:rPr>
        <w:t>C</w:t>
      </w:r>
    </w:p>
    <w:p w14:paraId="5B2E736B" w14:textId="77777777" w:rsidR="00DB293B" w:rsidRPr="009C2648" w:rsidRDefault="00000000" w:rsidP="009C2648">
      <w:pPr>
        <w:pStyle w:val="Titolo2"/>
        <w:jc w:val="center"/>
        <w:rPr>
          <w:rFonts w:ascii="Times New Roman" w:hAnsi="Times New Roman" w:cs="Times New Roman"/>
          <w:sz w:val="24"/>
          <w:szCs w:val="24"/>
        </w:rPr>
      </w:pPr>
      <w:r w:rsidRPr="009C2648">
        <w:rPr>
          <w:rFonts w:ascii="Times New Roman" w:hAnsi="Times New Roman" w:cs="Times New Roman"/>
          <w:color w:val="000000"/>
          <w:sz w:val="24"/>
          <w:szCs w:val="24"/>
        </w:rPr>
        <w:t>DICHIARAZIONE DI CONOSCENZA DELLE AREE E IMPEGNO ALLE GARANZIE</w:t>
      </w:r>
    </w:p>
    <w:p w14:paraId="42B4D555" w14:textId="77777777" w:rsidR="009C2648" w:rsidRDefault="009C2648" w:rsidP="009C26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5660EE" w14:textId="23E64707" w:rsidR="00D616AA" w:rsidRPr="00D616AA" w:rsidRDefault="00000000" w:rsidP="00D616A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C2648">
        <w:rPr>
          <w:rFonts w:ascii="Times New Roman" w:hAnsi="Times New Roman" w:cs="Times New Roman"/>
          <w:sz w:val="24"/>
          <w:szCs w:val="24"/>
        </w:rPr>
        <w:t xml:space="preserve">Il/La sottoscritto/a </w:t>
      </w:r>
      <w:r w:rsidRPr="009C2648">
        <w:rPr>
          <w:rFonts w:ascii="Times New Roman" w:hAnsi="Times New Roman" w:cs="Times New Roman"/>
          <w:b/>
          <w:sz w:val="24"/>
          <w:szCs w:val="24"/>
        </w:rPr>
        <w:t>*_</w:t>
      </w:r>
      <w:r w:rsidRPr="009C2648">
        <w:rPr>
          <w:rFonts w:ascii="Times New Roman" w:hAnsi="Times New Roman" w:cs="Times New Roman"/>
          <w:sz w:val="24"/>
          <w:szCs w:val="24"/>
        </w:rPr>
        <w:t>_</w:t>
      </w:r>
      <w:r w:rsidRPr="009C2648">
        <w:rPr>
          <w:rFonts w:ascii="Times New Roman" w:hAnsi="Times New Roman" w:cs="Times New Roman"/>
          <w:b/>
          <w:sz w:val="24"/>
          <w:szCs w:val="24"/>
        </w:rPr>
        <w:t xml:space="preserve">_*_, </w:t>
      </w:r>
      <w:r w:rsidR="00D616AA" w:rsidRPr="00D616AA">
        <w:rPr>
          <w:rFonts w:ascii="Times New Roman" w:hAnsi="Times New Roman" w:cs="Times New Roman"/>
          <w:bCs/>
          <w:sz w:val="24"/>
          <w:szCs w:val="24"/>
        </w:rPr>
        <w:t xml:space="preserve">nato/a </w:t>
      </w:r>
      <w:proofErr w:type="spellStart"/>
      <w:r w:rsidR="00D616AA" w:rsidRPr="00D616AA"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r w:rsidR="00D616AA" w:rsidRPr="00D616AA">
        <w:rPr>
          <w:rFonts w:ascii="Times New Roman" w:hAnsi="Times New Roman" w:cs="Times New Roman"/>
          <w:bCs/>
          <w:sz w:val="24"/>
          <w:szCs w:val="24"/>
        </w:rPr>
        <w:t xml:space="preserve"> _____</w:t>
      </w:r>
      <w:r w:rsidR="00FE1B08">
        <w:rPr>
          <w:rFonts w:ascii="Times New Roman" w:hAnsi="Times New Roman" w:cs="Times New Roman"/>
          <w:bCs/>
          <w:sz w:val="24"/>
          <w:szCs w:val="24"/>
        </w:rPr>
        <w:t>___</w:t>
      </w:r>
      <w:r w:rsidR="00D616AA" w:rsidRPr="00D616AA">
        <w:rPr>
          <w:rFonts w:ascii="Times New Roman" w:hAnsi="Times New Roman" w:cs="Times New Roman"/>
          <w:bCs/>
          <w:sz w:val="24"/>
          <w:szCs w:val="24"/>
        </w:rPr>
        <w:t>_______________ il ____________________, codice fiscale _____</w:t>
      </w:r>
      <w:r w:rsidR="00FE1B08">
        <w:rPr>
          <w:rFonts w:ascii="Times New Roman" w:hAnsi="Times New Roman" w:cs="Times New Roman"/>
          <w:bCs/>
          <w:sz w:val="24"/>
          <w:szCs w:val="24"/>
        </w:rPr>
        <w:t>_______________</w:t>
      </w:r>
      <w:r w:rsidR="00D616AA" w:rsidRPr="00D616AA">
        <w:rPr>
          <w:rFonts w:ascii="Times New Roman" w:hAnsi="Times New Roman" w:cs="Times New Roman"/>
          <w:bCs/>
          <w:sz w:val="24"/>
          <w:szCs w:val="24"/>
        </w:rPr>
        <w:t>_______________, in qualità di ________________</w:t>
      </w:r>
      <w:r w:rsidR="00FE1B08">
        <w:rPr>
          <w:rFonts w:ascii="Times New Roman" w:hAnsi="Times New Roman" w:cs="Times New Roman"/>
          <w:bCs/>
          <w:sz w:val="24"/>
          <w:szCs w:val="24"/>
        </w:rPr>
        <w:t>__________________</w:t>
      </w:r>
      <w:r w:rsidR="00D616AA" w:rsidRPr="00D616AA">
        <w:rPr>
          <w:rFonts w:ascii="Times New Roman" w:hAnsi="Times New Roman" w:cs="Times New Roman"/>
          <w:bCs/>
          <w:sz w:val="24"/>
          <w:szCs w:val="24"/>
        </w:rPr>
        <w:t>____ dell’operatore economico ___</w:t>
      </w:r>
      <w:r w:rsidR="00FE1B08">
        <w:rPr>
          <w:rFonts w:ascii="Times New Roman" w:hAnsi="Times New Roman" w:cs="Times New Roman"/>
          <w:bCs/>
          <w:sz w:val="24"/>
          <w:szCs w:val="24"/>
        </w:rPr>
        <w:t>____________</w:t>
      </w:r>
      <w:r w:rsidR="00D616AA" w:rsidRPr="00D616AA">
        <w:rPr>
          <w:rFonts w:ascii="Times New Roman" w:hAnsi="Times New Roman" w:cs="Times New Roman"/>
          <w:bCs/>
          <w:sz w:val="24"/>
          <w:szCs w:val="24"/>
        </w:rPr>
        <w:t>__________</w:t>
      </w:r>
      <w:r w:rsidR="00FE1B08">
        <w:rPr>
          <w:rFonts w:ascii="Times New Roman" w:hAnsi="Times New Roman" w:cs="Times New Roman"/>
          <w:bCs/>
          <w:sz w:val="24"/>
          <w:szCs w:val="24"/>
        </w:rPr>
        <w:t>_______________________________</w:t>
      </w:r>
      <w:r w:rsidR="00D616AA" w:rsidRPr="00D616AA">
        <w:rPr>
          <w:rFonts w:ascii="Times New Roman" w:hAnsi="Times New Roman" w:cs="Times New Roman"/>
          <w:bCs/>
          <w:sz w:val="24"/>
          <w:szCs w:val="24"/>
        </w:rPr>
        <w:t>_______, con sede in _____</w:t>
      </w:r>
      <w:r w:rsidR="00FE1B08">
        <w:rPr>
          <w:rFonts w:ascii="Times New Roman" w:hAnsi="Times New Roman" w:cs="Times New Roman"/>
          <w:bCs/>
          <w:sz w:val="24"/>
          <w:szCs w:val="24"/>
        </w:rPr>
        <w:t>________</w:t>
      </w:r>
      <w:r w:rsidR="00D616AA" w:rsidRPr="00D616AA">
        <w:rPr>
          <w:rFonts w:ascii="Times New Roman" w:hAnsi="Times New Roman" w:cs="Times New Roman"/>
          <w:bCs/>
          <w:sz w:val="24"/>
          <w:szCs w:val="24"/>
        </w:rPr>
        <w:t>_______________,</w:t>
      </w:r>
      <w:r w:rsidR="00FE1B08">
        <w:rPr>
          <w:rFonts w:ascii="Times New Roman" w:hAnsi="Times New Roman" w:cs="Times New Roman"/>
          <w:bCs/>
          <w:sz w:val="24"/>
          <w:szCs w:val="24"/>
        </w:rPr>
        <w:t xml:space="preserve"> Via _____________________________ n. ___________ Prov. (________)</w:t>
      </w:r>
      <w:r w:rsidR="00D616AA" w:rsidRPr="00D616AA">
        <w:rPr>
          <w:rFonts w:ascii="Times New Roman" w:hAnsi="Times New Roman" w:cs="Times New Roman"/>
          <w:bCs/>
          <w:sz w:val="24"/>
          <w:szCs w:val="24"/>
        </w:rPr>
        <w:t xml:space="preserve"> C.F./P.IVA ___________</w:t>
      </w:r>
      <w:r w:rsidR="00FE1B08">
        <w:rPr>
          <w:rFonts w:ascii="Times New Roman" w:hAnsi="Times New Roman" w:cs="Times New Roman"/>
          <w:bCs/>
          <w:sz w:val="24"/>
          <w:szCs w:val="24"/>
        </w:rPr>
        <w:t>____________</w:t>
      </w:r>
      <w:r w:rsidR="00D616AA" w:rsidRPr="00D616AA">
        <w:rPr>
          <w:rFonts w:ascii="Times New Roman" w:hAnsi="Times New Roman" w:cs="Times New Roman"/>
          <w:bCs/>
          <w:sz w:val="24"/>
          <w:szCs w:val="24"/>
        </w:rPr>
        <w:t>_________, PEC ____________________,</w:t>
      </w:r>
    </w:p>
    <w:p w14:paraId="6DC53A75" w14:textId="7FF197B8" w:rsidR="00DB293B" w:rsidRPr="009C2648" w:rsidRDefault="00000000" w:rsidP="00D616AA">
      <w:pPr>
        <w:jc w:val="center"/>
        <w:rPr>
          <w:rFonts w:ascii="Times New Roman" w:hAnsi="Times New Roman" w:cs="Times New Roman"/>
          <w:sz w:val="24"/>
          <w:szCs w:val="24"/>
        </w:rPr>
      </w:pPr>
      <w:r w:rsidRPr="009C2648"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42609CCE" w14:textId="77777777" w:rsidR="00DB293B" w:rsidRPr="009C2648" w:rsidRDefault="00000000" w:rsidP="009C2648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648">
        <w:rPr>
          <w:rFonts w:ascii="Times New Roman" w:hAnsi="Times New Roman" w:cs="Times New Roman"/>
          <w:sz w:val="24"/>
          <w:szCs w:val="24"/>
        </w:rPr>
        <w:t>di aver esaminato l’Avviso, il Disciplinare, lo schema di contratto e gli elaborati catastali, planimetrici e numerici;</w:t>
      </w:r>
    </w:p>
    <w:p w14:paraId="0F6C5FE2" w14:textId="31AB04AA" w:rsidR="00DB293B" w:rsidRPr="009C2648" w:rsidRDefault="00000000" w:rsidP="009C2648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648">
        <w:rPr>
          <w:rFonts w:ascii="Times New Roman" w:hAnsi="Times New Roman" w:cs="Times New Roman"/>
          <w:sz w:val="24"/>
          <w:szCs w:val="24"/>
        </w:rPr>
        <w:t xml:space="preserve">di conoscere il contenuto del CDU del Comune di Orvieto </w:t>
      </w:r>
      <w:r w:rsidR="009C2648">
        <w:rPr>
          <w:rFonts w:ascii="Times New Roman" w:hAnsi="Times New Roman" w:cs="Times New Roman"/>
          <w:sz w:val="24"/>
          <w:szCs w:val="24"/>
        </w:rPr>
        <w:t xml:space="preserve">e di </w:t>
      </w:r>
      <w:r w:rsidR="009C2648" w:rsidRPr="009C2648">
        <w:rPr>
          <w:rFonts w:ascii="Times New Roman" w:hAnsi="Times New Roman" w:cs="Times New Roman"/>
          <w:sz w:val="24"/>
          <w:szCs w:val="24"/>
        </w:rPr>
        <w:t>aver valutato i vincoli e le limitazioni risultanti dalla documentazione disponibile</w:t>
      </w:r>
      <w:r w:rsidRPr="009C2648">
        <w:rPr>
          <w:rFonts w:ascii="Times New Roman" w:hAnsi="Times New Roman" w:cs="Times New Roman"/>
          <w:sz w:val="24"/>
          <w:szCs w:val="24"/>
        </w:rPr>
        <w:t>;</w:t>
      </w:r>
    </w:p>
    <w:p w14:paraId="4BA71ACC" w14:textId="77777777" w:rsidR="00DB293B" w:rsidRPr="009C2648" w:rsidRDefault="00000000" w:rsidP="009C2648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648">
        <w:rPr>
          <w:rFonts w:ascii="Times New Roman" w:hAnsi="Times New Roman" w:cs="Times New Roman"/>
          <w:sz w:val="24"/>
          <w:szCs w:val="24"/>
        </w:rPr>
        <w:t>di conoscere che le aree sono interessate dal rapporto agrario sino al 31 dicembre 2028;</w:t>
      </w:r>
    </w:p>
    <w:p w14:paraId="64BBD8B4" w14:textId="77777777" w:rsidR="00DB293B" w:rsidRPr="009C2648" w:rsidRDefault="00000000" w:rsidP="009C2648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648">
        <w:rPr>
          <w:rFonts w:ascii="Times New Roman" w:hAnsi="Times New Roman" w:cs="Times New Roman"/>
          <w:sz w:val="24"/>
          <w:szCs w:val="24"/>
        </w:rPr>
        <w:t>di accettare che l’aggiudicazione e gli eventuali accessi preliminari non attribuiscano il possesso materiale dei terreni;</w:t>
      </w:r>
    </w:p>
    <w:p w14:paraId="503E4352" w14:textId="77777777" w:rsidR="00DB293B" w:rsidRPr="009C2648" w:rsidRDefault="00000000" w:rsidP="009C2648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648">
        <w:rPr>
          <w:rFonts w:ascii="Times New Roman" w:hAnsi="Times New Roman" w:cs="Times New Roman"/>
          <w:sz w:val="24"/>
          <w:szCs w:val="24"/>
        </w:rPr>
        <w:t>di non considerare l’individuazione delle aree, l’aggiudicazione o la documentazione dell’Azienda come garanzia dell’autorizzabilità, della connessione o della concreta realizzabilità dell’impianto;</w:t>
      </w:r>
    </w:p>
    <w:p w14:paraId="7FA97B26" w14:textId="77777777" w:rsidR="00DB293B" w:rsidRPr="009C2648" w:rsidRDefault="00000000" w:rsidP="009C2648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648">
        <w:rPr>
          <w:rFonts w:ascii="Times New Roman" w:hAnsi="Times New Roman" w:cs="Times New Roman"/>
          <w:sz w:val="24"/>
          <w:szCs w:val="24"/>
        </w:rPr>
        <w:t>di accettare la disciplina della riperimetrazione e il divieto di aumento della superficie aggiudicata;</w:t>
      </w:r>
    </w:p>
    <w:p w14:paraId="23E66342" w14:textId="2AA1232E" w:rsidR="00DB293B" w:rsidRPr="009C2648" w:rsidRDefault="00000000" w:rsidP="009C2648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648">
        <w:rPr>
          <w:rFonts w:ascii="Times New Roman" w:hAnsi="Times New Roman" w:cs="Times New Roman"/>
          <w:sz w:val="24"/>
          <w:szCs w:val="24"/>
        </w:rPr>
        <w:t xml:space="preserve">di impegnarsi, in caso di aggiudicazione, a versare il deposito </w:t>
      </w:r>
      <w:r w:rsidR="009C2648">
        <w:rPr>
          <w:rFonts w:ascii="Times New Roman" w:hAnsi="Times New Roman" w:cs="Times New Roman"/>
          <w:sz w:val="24"/>
          <w:szCs w:val="24"/>
        </w:rPr>
        <w:t>cauzionale</w:t>
      </w:r>
      <w:r w:rsidRPr="009C2648">
        <w:rPr>
          <w:rFonts w:ascii="Times New Roman" w:hAnsi="Times New Roman" w:cs="Times New Roman"/>
          <w:sz w:val="24"/>
          <w:szCs w:val="24"/>
        </w:rPr>
        <w:t xml:space="preserve"> </w:t>
      </w:r>
      <w:r w:rsidR="008C2D2A" w:rsidRPr="008C2D2A">
        <w:rPr>
          <w:rFonts w:ascii="Times New Roman" w:hAnsi="Times New Roman" w:cs="Times New Roman"/>
          <w:sz w:val="24"/>
          <w:szCs w:val="24"/>
        </w:rPr>
        <w:t>post-aggiudicazione di importo pari a una annualità del canone annuo complessivo risultante dall’offerta, secondo i termini, le modalità e gli effetti previsti dall’art. 12.1 del Disciplinare e dall’art. 5 dello schema di contratto</w:t>
      </w:r>
      <w:r w:rsidRPr="009C2648">
        <w:rPr>
          <w:rFonts w:ascii="Times New Roman" w:hAnsi="Times New Roman" w:cs="Times New Roman"/>
          <w:sz w:val="24"/>
          <w:szCs w:val="24"/>
        </w:rPr>
        <w:t>;</w:t>
      </w:r>
    </w:p>
    <w:p w14:paraId="587A9798" w14:textId="77777777" w:rsidR="00DB293B" w:rsidRPr="009C2648" w:rsidRDefault="00000000" w:rsidP="009C2648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648">
        <w:rPr>
          <w:rFonts w:ascii="Times New Roman" w:hAnsi="Times New Roman" w:cs="Times New Roman"/>
          <w:sz w:val="24"/>
          <w:szCs w:val="24"/>
        </w:rPr>
        <w:t>di impegnarsi a prestare la garanzia per i canoni e le obbligazioni pecuniarie;</w:t>
      </w:r>
    </w:p>
    <w:p w14:paraId="6AA701DC" w14:textId="5FF968D3" w:rsidR="008C2D2A" w:rsidRDefault="008C2D2A" w:rsidP="009C2648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2D2A">
        <w:rPr>
          <w:rFonts w:ascii="Times New Roman" w:hAnsi="Times New Roman" w:cs="Times New Roman"/>
          <w:sz w:val="24"/>
          <w:szCs w:val="24"/>
        </w:rPr>
        <w:t>di impegnarsi, in caso di aggiudicazione, a presentare la PAS, l’istanza di autorizzazione unica o l’istanza relativa al diverso titolo abilitativo applicabile entro sei mesi dalla stipula dell’atto costitutivo, salvo il termine perentorio più breve eventualmente previsto dall’art. 10, comma 3, del d.lgs. n. 190/2024, ove applicabile, e a coltivare il procedimento con continuità e diligenza;</w:t>
      </w:r>
    </w:p>
    <w:p w14:paraId="72167A08" w14:textId="2B4715B4" w:rsidR="00DB293B" w:rsidRPr="009C2648" w:rsidRDefault="00000000" w:rsidP="009C2648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648">
        <w:rPr>
          <w:rFonts w:ascii="Times New Roman" w:hAnsi="Times New Roman" w:cs="Times New Roman"/>
          <w:sz w:val="24"/>
          <w:szCs w:val="24"/>
        </w:rPr>
        <w:lastRenderedPageBreak/>
        <w:t>di impegnarsi a presentare, prima dell’avvio della realizzazione in caso di PAS, o entro il termine previsto dall’autorizzazione unica, la garanzia per dismissione e ripristino, determinata sulla base della stima analitica dei costi contenuta nella documentazione autorizzativa;</w:t>
      </w:r>
    </w:p>
    <w:p w14:paraId="6354809C" w14:textId="77777777" w:rsidR="00DB293B" w:rsidRPr="004E475F" w:rsidRDefault="00000000" w:rsidP="009C2648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648">
        <w:rPr>
          <w:rFonts w:ascii="Times New Roman" w:hAnsi="Times New Roman" w:cs="Times New Roman"/>
          <w:sz w:val="24"/>
          <w:szCs w:val="24"/>
        </w:rPr>
        <w:t xml:space="preserve">di accettare la verifica almeno quinquennale della congruità della garanzia di dismissione e l’obbligo di adeguamento in caso di modifiche dell’impianto o dei </w:t>
      </w:r>
      <w:r w:rsidRPr="004E475F">
        <w:rPr>
          <w:rFonts w:ascii="Times New Roman" w:hAnsi="Times New Roman" w:cs="Times New Roman"/>
          <w:sz w:val="24"/>
          <w:szCs w:val="24"/>
        </w:rPr>
        <w:t>costi;</w:t>
      </w:r>
    </w:p>
    <w:p w14:paraId="7E0DFCB2" w14:textId="54B6C2E1" w:rsidR="008C2D2A" w:rsidRPr="004E475F" w:rsidRDefault="008C2D2A" w:rsidP="009C2648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475F">
        <w:rPr>
          <w:rFonts w:ascii="Times New Roman" w:hAnsi="Times New Roman" w:cs="Times New Roman"/>
          <w:sz w:val="24"/>
          <w:szCs w:val="24"/>
        </w:rPr>
        <w:t>di accettare l’obbligo di rimborso all’Azienda, prima della stipula dell’atto costitutivo, dell’importo di € 4.153,71 relativo all’incarico professionale di supporto legale conferito con determinazione n. 80 del 26 giugno 2026</w:t>
      </w:r>
      <w:r w:rsidR="002843CB" w:rsidRPr="004E475F">
        <w:rPr>
          <w:rFonts w:ascii="Times New Roman" w:hAnsi="Times New Roman" w:cs="Times New Roman"/>
          <w:sz w:val="24"/>
          <w:szCs w:val="24"/>
        </w:rPr>
        <w:t xml:space="preserve"> nonché dell’importo di € 700,00 per </w:t>
      </w:r>
      <w:r w:rsidR="002843CB" w:rsidRPr="004E475F">
        <w:rPr>
          <w:rFonts w:ascii="Times New Roman" w:hAnsi="Times New Roman" w:cs="Times New Roman"/>
          <w:color w:val="000000" w:themeColor="text1"/>
          <w:sz w:val="24"/>
          <w:szCs w:val="24"/>
        </w:rPr>
        <w:t>gli oneri di pubblicazione dell'Avviso d'asta e le spese amministrative e di segreteria connesse all'espletamento della procedura</w:t>
      </w:r>
      <w:r w:rsidRPr="004E475F">
        <w:rPr>
          <w:rFonts w:ascii="Times New Roman" w:hAnsi="Times New Roman" w:cs="Times New Roman"/>
          <w:sz w:val="24"/>
          <w:szCs w:val="24"/>
        </w:rPr>
        <w:t>;</w:t>
      </w:r>
    </w:p>
    <w:p w14:paraId="3BD6DCAE" w14:textId="77777777" w:rsidR="00DB293B" w:rsidRPr="009C2648" w:rsidRDefault="00000000" w:rsidP="009C2648">
      <w:pPr>
        <w:pStyle w:val="Puntoelenco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648">
        <w:rPr>
          <w:rFonts w:ascii="Times New Roman" w:hAnsi="Times New Roman" w:cs="Times New Roman"/>
          <w:sz w:val="24"/>
          <w:szCs w:val="24"/>
        </w:rPr>
        <w:t>di impegnarsi a mantenere e reintegrare le garanzie secondo il contratto.</w:t>
      </w:r>
    </w:p>
    <w:p w14:paraId="2574689A" w14:textId="77777777" w:rsidR="00FE1B08" w:rsidRDefault="00FE1B08" w:rsidP="009C26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DCCA4A" w14:textId="543F8F97" w:rsidR="00DB293B" w:rsidRPr="009C2648" w:rsidRDefault="00000000" w:rsidP="009C2648">
      <w:pPr>
        <w:jc w:val="both"/>
        <w:rPr>
          <w:rFonts w:ascii="Times New Roman" w:hAnsi="Times New Roman" w:cs="Times New Roman"/>
          <w:sz w:val="24"/>
          <w:szCs w:val="24"/>
        </w:rPr>
      </w:pPr>
      <w:r w:rsidRPr="009C2648">
        <w:rPr>
          <w:rFonts w:ascii="Times New Roman" w:hAnsi="Times New Roman" w:cs="Times New Roman"/>
          <w:sz w:val="24"/>
          <w:szCs w:val="24"/>
        </w:rPr>
        <w:t xml:space="preserve">Luogo e data </w:t>
      </w:r>
      <w:r w:rsidRPr="009C2648">
        <w:rPr>
          <w:rFonts w:ascii="Times New Roman" w:hAnsi="Times New Roman" w:cs="Times New Roman"/>
          <w:b/>
          <w:sz w:val="24"/>
          <w:szCs w:val="24"/>
        </w:rPr>
        <w:t>*_</w:t>
      </w:r>
      <w:r w:rsidRPr="009C2648">
        <w:rPr>
          <w:rFonts w:ascii="Times New Roman" w:hAnsi="Times New Roman" w:cs="Times New Roman"/>
          <w:sz w:val="24"/>
          <w:szCs w:val="24"/>
        </w:rPr>
        <w:t>*___</w:t>
      </w:r>
    </w:p>
    <w:p w14:paraId="7D4952DE" w14:textId="77777777" w:rsidR="00DB293B" w:rsidRPr="009C2648" w:rsidRDefault="00000000" w:rsidP="009C2648">
      <w:pPr>
        <w:jc w:val="both"/>
        <w:rPr>
          <w:rFonts w:ascii="Times New Roman" w:hAnsi="Times New Roman" w:cs="Times New Roman"/>
          <w:sz w:val="24"/>
          <w:szCs w:val="24"/>
        </w:rPr>
      </w:pPr>
      <w:r w:rsidRPr="009C2648">
        <w:rPr>
          <w:rFonts w:ascii="Times New Roman" w:hAnsi="Times New Roman" w:cs="Times New Roman"/>
          <w:sz w:val="24"/>
          <w:szCs w:val="24"/>
        </w:rPr>
        <w:t xml:space="preserve">Firma </w:t>
      </w:r>
      <w:r w:rsidRPr="009C2648">
        <w:rPr>
          <w:rFonts w:ascii="Times New Roman" w:hAnsi="Times New Roman" w:cs="Times New Roman"/>
          <w:b/>
          <w:sz w:val="24"/>
          <w:szCs w:val="24"/>
        </w:rPr>
        <w:t>*_</w:t>
      </w:r>
      <w:r w:rsidRPr="009C2648">
        <w:rPr>
          <w:rFonts w:ascii="Times New Roman" w:hAnsi="Times New Roman" w:cs="Times New Roman"/>
          <w:sz w:val="24"/>
          <w:szCs w:val="24"/>
        </w:rPr>
        <w:t>*___</w:t>
      </w:r>
    </w:p>
    <w:sectPr w:rsidR="00DB293B" w:rsidRPr="009C264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CB76BF"/>
    <w:multiLevelType w:val="hybridMultilevel"/>
    <w:tmpl w:val="852C824A"/>
    <w:lvl w:ilvl="0" w:tplc="B6C29F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4401146">
    <w:abstractNumId w:val="8"/>
  </w:num>
  <w:num w:numId="2" w16cid:durableId="1667660864">
    <w:abstractNumId w:val="6"/>
  </w:num>
  <w:num w:numId="3" w16cid:durableId="837575161">
    <w:abstractNumId w:val="5"/>
  </w:num>
  <w:num w:numId="4" w16cid:durableId="1859151487">
    <w:abstractNumId w:val="4"/>
  </w:num>
  <w:num w:numId="5" w16cid:durableId="1405955665">
    <w:abstractNumId w:val="7"/>
  </w:num>
  <w:num w:numId="6" w16cid:durableId="539821712">
    <w:abstractNumId w:val="3"/>
  </w:num>
  <w:num w:numId="7" w16cid:durableId="1988826582">
    <w:abstractNumId w:val="2"/>
  </w:num>
  <w:num w:numId="8" w16cid:durableId="3481249">
    <w:abstractNumId w:val="1"/>
  </w:num>
  <w:num w:numId="9" w16cid:durableId="1236403232">
    <w:abstractNumId w:val="0"/>
  </w:num>
  <w:num w:numId="10" w16cid:durableId="2906689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1D9"/>
    <w:rsid w:val="0006063C"/>
    <w:rsid w:val="0015074B"/>
    <w:rsid w:val="0025063E"/>
    <w:rsid w:val="002843CB"/>
    <w:rsid w:val="0029639D"/>
    <w:rsid w:val="002C5908"/>
    <w:rsid w:val="00326F90"/>
    <w:rsid w:val="00430BDB"/>
    <w:rsid w:val="00464741"/>
    <w:rsid w:val="004E475F"/>
    <w:rsid w:val="00685A20"/>
    <w:rsid w:val="006F7918"/>
    <w:rsid w:val="007D070D"/>
    <w:rsid w:val="008020D9"/>
    <w:rsid w:val="008C2D2A"/>
    <w:rsid w:val="009C2648"/>
    <w:rsid w:val="00AA1D8D"/>
    <w:rsid w:val="00B47730"/>
    <w:rsid w:val="00CB0664"/>
    <w:rsid w:val="00CC1742"/>
    <w:rsid w:val="00D616AA"/>
    <w:rsid w:val="00DB293B"/>
    <w:rsid w:val="00EA2218"/>
    <w:rsid w:val="00F74179"/>
    <w:rsid w:val="00FB1E85"/>
    <w:rsid w:val="00FC693F"/>
    <w:rsid w:val="00FE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C63478"/>
  <w14:defaultImageDpi w14:val="300"/>
  <w15:docId w15:val="{161FA99B-952A-4334-8EE8-A4B8064B7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it-IT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imandocommento">
    <w:name w:val="annotation reference"/>
    <w:basedOn w:val="Carpredefinitoparagrafo"/>
    <w:uiPriority w:val="99"/>
    <w:semiHidden/>
    <w:unhideWhenUsed/>
    <w:rsid w:val="00685A2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5A2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5A2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5A2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5A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Antonio Serafini</cp:lastModifiedBy>
  <cp:revision>2</cp:revision>
  <cp:lastPrinted>2026-11-02T15:46:00Z</cp:lastPrinted>
  <dcterms:created xsi:type="dcterms:W3CDTF">2026-11-02T15:46:00Z</dcterms:created>
  <dcterms:modified xsi:type="dcterms:W3CDTF">2026-11-02T15:46:00Z</dcterms:modified>
  <cp:category/>
</cp:coreProperties>
</file>