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E3A91" w14:textId="29569624" w:rsidR="00E41A9F" w:rsidRPr="00B20231" w:rsidRDefault="00000000" w:rsidP="00B20231">
      <w:pPr>
        <w:pStyle w:val="Titolo1"/>
        <w:jc w:val="center"/>
        <w:rPr>
          <w:rFonts w:ascii="Times New Roman" w:hAnsi="Times New Roman" w:cs="Times New Roman"/>
          <w:sz w:val="24"/>
          <w:szCs w:val="24"/>
        </w:rPr>
      </w:pPr>
      <w:r w:rsidRPr="00B20231">
        <w:rPr>
          <w:rFonts w:ascii="Times New Roman" w:hAnsi="Times New Roman" w:cs="Times New Roman"/>
          <w:color w:val="000000"/>
          <w:sz w:val="24"/>
          <w:szCs w:val="24"/>
        </w:rPr>
        <w:t xml:space="preserve">ALLEGATO </w:t>
      </w:r>
      <w:r w:rsidR="00C15E09">
        <w:rPr>
          <w:rFonts w:ascii="Times New Roman" w:hAnsi="Times New Roman" w:cs="Times New Roman"/>
          <w:color w:val="000000"/>
          <w:sz w:val="24"/>
          <w:szCs w:val="24"/>
        </w:rPr>
        <w:t>A</w:t>
      </w:r>
    </w:p>
    <w:p w14:paraId="1E098DDE" w14:textId="77777777" w:rsidR="00E41A9F" w:rsidRPr="00B20231" w:rsidRDefault="00000000" w:rsidP="00B20231">
      <w:pPr>
        <w:pStyle w:val="Titolo2"/>
        <w:jc w:val="center"/>
        <w:rPr>
          <w:rFonts w:ascii="Times New Roman" w:hAnsi="Times New Roman" w:cs="Times New Roman"/>
          <w:sz w:val="24"/>
          <w:szCs w:val="24"/>
        </w:rPr>
      </w:pPr>
      <w:r w:rsidRPr="00B20231">
        <w:rPr>
          <w:rFonts w:ascii="Times New Roman" w:hAnsi="Times New Roman" w:cs="Times New Roman"/>
          <w:color w:val="000000"/>
          <w:sz w:val="24"/>
          <w:szCs w:val="24"/>
        </w:rPr>
        <w:t>DOMANDA DI PARTECIPAZIONE E DICHIARAZIONI</w:t>
      </w:r>
    </w:p>
    <w:p w14:paraId="140FE166" w14:textId="77777777" w:rsidR="00B20231" w:rsidRDefault="00B20231" w:rsidP="00B2023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94322C" w14:textId="2CB31947" w:rsidR="00E41A9F" w:rsidRPr="0069097A" w:rsidRDefault="00000000" w:rsidP="00E9260E">
      <w:pPr>
        <w:spacing w:after="0"/>
        <w:ind w:left="255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69097A">
        <w:rPr>
          <w:rFonts w:ascii="Times New Roman" w:hAnsi="Times New Roman" w:cs="Times New Roman"/>
          <w:b/>
          <w:bCs/>
          <w:sz w:val="24"/>
          <w:szCs w:val="24"/>
        </w:rPr>
        <w:t xml:space="preserve">Alla </w:t>
      </w:r>
      <w:r w:rsidR="006909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9097A">
        <w:rPr>
          <w:rFonts w:ascii="Times New Roman" w:hAnsi="Times New Roman" w:cs="Times New Roman"/>
          <w:b/>
          <w:bCs/>
          <w:sz w:val="24"/>
          <w:szCs w:val="24"/>
        </w:rPr>
        <w:t>A.P.S.P.</w:t>
      </w:r>
      <w:proofErr w:type="gramEnd"/>
      <w:r w:rsidRPr="0069097A">
        <w:rPr>
          <w:rFonts w:ascii="Times New Roman" w:hAnsi="Times New Roman" w:cs="Times New Roman"/>
          <w:b/>
          <w:bCs/>
          <w:sz w:val="24"/>
          <w:szCs w:val="24"/>
        </w:rPr>
        <w:t xml:space="preserve"> “Letizia Veralli, Giulio ed Angelo Cortesi”</w:t>
      </w:r>
    </w:p>
    <w:p w14:paraId="549F380C" w14:textId="0303AD08" w:rsidR="0069097A" w:rsidRPr="0069097A" w:rsidRDefault="0069097A" w:rsidP="00E9260E">
      <w:pPr>
        <w:spacing w:after="0"/>
        <w:ind w:left="25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</w:t>
      </w:r>
      <w:r w:rsidRPr="0069097A">
        <w:rPr>
          <w:rFonts w:ascii="Times New Roman" w:hAnsi="Times New Roman" w:cs="Times New Roman"/>
          <w:b/>
          <w:bCs/>
          <w:sz w:val="24"/>
          <w:szCs w:val="24"/>
        </w:rPr>
        <w:t xml:space="preserve">Via Tiberina, 11 </w:t>
      </w:r>
    </w:p>
    <w:p w14:paraId="30D436A7" w14:textId="4ED3C180" w:rsidR="0069097A" w:rsidRPr="0069097A" w:rsidRDefault="0069097A" w:rsidP="00E9260E">
      <w:pPr>
        <w:spacing w:after="0"/>
        <w:ind w:left="25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</w:t>
      </w:r>
      <w:r w:rsidRPr="0069097A">
        <w:rPr>
          <w:rFonts w:ascii="Times New Roman" w:hAnsi="Times New Roman" w:cs="Times New Roman"/>
          <w:b/>
          <w:bCs/>
          <w:sz w:val="24"/>
          <w:szCs w:val="24"/>
        </w:rPr>
        <w:t>06059 Todi (PG)</w:t>
      </w:r>
    </w:p>
    <w:p w14:paraId="798647E8" w14:textId="77777777" w:rsidR="00C876F7" w:rsidRDefault="00C876F7" w:rsidP="00C876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74B581" w14:textId="4F0EB1EA" w:rsidR="00C876F7" w:rsidRDefault="00C876F7" w:rsidP="00F54772">
      <w:pPr>
        <w:spacing w:after="360"/>
        <w:jc w:val="both"/>
        <w:rPr>
          <w:rFonts w:ascii="Times New Roman" w:hAnsi="Times New Roman" w:cs="Times New Roman"/>
          <w:sz w:val="24"/>
          <w:szCs w:val="24"/>
        </w:rPr>
      </w:pPr>
      <w:r w:rsidRPr="00C876F7">
        <w:rPr>
          <w:rFonts w:ascii="Times New Roman" w:hAnsi="Times New Roman" w:cs="Times New Roman"/>
          <w:sz w:val="24"/>
          <w:szCs w:val="24"/>
        </w:rPr>
        <w:t>Il/La sottoscritto/a __________________</w:t>
      </w:r>
      <w:r w:rsidR="0069097A">
        <w:rPr>
          <w:rFonts w:ascii="Times New Roman" w:hAnsi="Times New Roman" w:cs="Times New Roman"/>
          <w:sz w:val="24"/>
          <w:szCs w:val="24"/>
        </w:rPr>
        <w:t>_________</w:t>
      </w:r>
      <w:r w:rsidRPr="00C876F7">
        <w:rPr>
          <w:rFonts w:ascii="Times New Roman" w:hAnsi="Times New Roman" w:cs="Times New Roman"/>
          <w:sz w:val="24"/>
          <w:szCs w:val="24"/>
        </w:rPr>
        <w:t xml:space="preserve">__, nato/a </w:t>
      </w:r>
      <w:proofErr w:type="spellStart"/>
      <w:r w:rsidRPr="00C876F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C876F7">
        <w:rPr>
          <w:rFonts w:ascii="Times New Roman" w:hAnsi="Times New Roman" w:cs="Times New Roman"/>
          <w:sz w:val="24"/>
          <w:szCs w:val="24"/>
        </w:rPr>
        <w:t xml:space="preserve"> ____________________ il ____________________, codice fiscale ____</w:t>
      </w:r>
      <w:r w:rsidR="0069097A">
        <w:rPr>
          <w:rFonts w:ascii="Times New Roman" w:hAnsi="Times New Roman" w:cs="Times New Roman"/>
          <w:sz w:val="24"/>
          <w:szCs w:val="24"/>
        </w:rPr>
        <w:t>_________</w:t>
      </w:r>
      <w:r w:rsidRPr="00C876F7">
        <w:rPr>
          <w:rFonts w:ascii="Times New Roman" w:hAnsi="Times New Roman" w:cs="Times New Roman"/>
          <w:sz w:val="24"/>
          <w:szCs w:val="24"/>
        </w:rPr>
        <w:t>________________, in qualità di ____________</w:t>
      </w:r>
      <w:r w:rsidR="0069097A">
        <w:rPr>
          <w:rFonts w:ascii="Times New Roman" w:hAnsi="Times New Roman" w:cs="Times New Roman"/>
          <w:sz w:val="24"/>
          <w:szCs w:val="24"/>
        </w:rPr>
        <w:t>_________</w:t>
      </w:r>
      <w:r w:rsidRPr="00C876F7">
        <w:rPr>
          <w:rFonts w:ascii="Times New Roman" w:hAnsi="Times New Roman" w:cs="Times New Roman"/>
          <w:sz w:val="24"/>
          <w:szCs w:val="24"/>
        </w:rPr>
        <w:t>________ e con i poteri di rappresentanza dell’operatore economico ____________________, con sede legale in __</w:t>
      </w:r>
      <w:r w:rsidR="0069097A">
        <w:rPr>
          <w:rFonts w:ascii="Times New Roman" w:hAnsi="Times New Roman" w:cs="Times New Roman"/>
          <w:sz w:val="24"/>
          <w:szCs w:val="24"/>
        </w:rPr>
        <w:t>____________</w:t>
      </w:r>
      <w:r w:rsidRPr="00C876F7">
        <w:rPr>
          <w:rFonts w:ascii="Times New Roman" w:hAnsi="Times New Roman" w:cs="Times New Roman"/>
          <w:sz w:val="24"/>
          <w:szCs w:val="24"/>
        </w:rPr>
        <w:t>__________</w:t>
      </w:r>
      <w:r w:rsidR="00F54772">
        <w:rPr>
          <w:rFonts w:ascii="Times New Roman" w:hAnsi="Times New Roman" w:cs="Times New Roman"/>
          <w:sz w:val="24"/>
          <w:szCs w:val="24"/>
        </w:rPr>
        <w:t>____</w:t>
      </w:r>
      <w:r w:rsidRPr="00C876F7">
        <w:rPr>
          <w:rFonts w:ascii="Times New Roman" w:hAnsi="Times New Roman" w:cs="Times New Roman"/>
          <w:sz w:val="24"/>
          <w:szCs w:val="24"/>
        </w:rPr>
        <w:t>________,</w:t>
      </w:r>
      <w:r w:rsidR="0069097A">
        <w:rPr>
          <w:rFonts w:ascii="Times New Roman" w:hAnsi="Times New Roman" w:cs="Times New Roman"/>
          <w:sz w:val="24"/>
          <w:szCs w:val="24"/>
        </w:rPr>
        <w:t xml:space="preserve"> Via ______________________ n.  ______ Prov. (_____)</w:t>
      </w:r>
      <w:r w:rsidRPr="00C876F7">
        <w:rPr>
          <w:rFonts w:ascii="Times New Roman" w:hAnsi="Times New Roman" w:cs="Times New Roman"/>
          <w:sz w:val="24"/>
          <w:szCs w:val="24"/>
        </w:rPr>
        <w:t xml:space="preserve"> C.F. __________</w:t>
      </w:r>
      <w:r w:rsidR="0069097A">
        <w:rPr>
          <w:rFonts w:ascii="Times New Roman" w:hAnsi="Times New Roman" w:cs="Times New Roman"/>
          <w:sz w:val="24"/>
          <w:szCs w:val="24"/>
        </w:rPr>
        <w:t>______</w:t>
      </w:r>
      <w:r w:rsidRPr="00C876F7">
        <w:rPr>
          <w:rFonts w:ascii="Times New Roman" w:hAnsi="Times New Roman" w:cs="Times New Roman"/>
          <w:sz w:val="24"/>
          <w:szCs w:val="24"/>
        </w:rPr>
        <w:t>__________, P.IVA ____</w:t>
      </w:r>
      <w:r w:rsidR="0069097A">
        <w:rPr>
          <w:rFonts w:ascii="Times New Roman" w:hAnsi="Times New Roman" w:cs="Times New Roman"/>
          <w:sz w:val="24"/>
          <w:szCs w:val="24"/>
        </w:rPr>
        <w:t>___</w:t>
      </w:r>
      <w:r w:rsidRPr="00C876F7">
        <w:rPr>
          <w:rFonts w:ascii="Times New Roman" w:hAnsi="Times New Roman" w:cs="Times New Roman"/>
          <w:sz w:val="24"/>
          <w:szCs w:val="24"/>
        </w:rPr>
        <w:t>________________, PEC ____________________,</w:t>
      </w:r>
    </w:p>
    <w:p w14:paraId="282D8978" w14:textId="44C02C6A" w:rsidR="00E41A9F" w:rsidRPr="00B20231" w:rsidRDefault="00000000" w:rsidP="00B20231">
      <w:pPr>
        <w:jc w:val="center"/>
        <w:rPr>
          <w:rFonts w:ascii="Times New Roman" w:hAnsi="Times New Roman" w:cs="Times New Roman"/>
          <w:sz w:val="24"/>
          <w:szCs w:val="24"/>
        </w:rPr>
      </w:pPr>
      <w:r w:rsidRPr="00B20231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75FF9410" w14:textId="686F8F79" w:rsidR="00E41A9F" w:rsidRPr="00B20231" w:rsidRDefault="00000000" w:rsidP="00B20231">
      <w:pPr>
        <w:jc w:val="both"/>
        <w:rPr>
          <w:rFonts w:ascii="Times New Roman" w:hAnsi="Times New Roman" w:cs="Times New Roman"/>
          <w:sz w:val="24"/>
          <w:szCs w:val="24"/>
        </w:rPr>
      </w:pPr>
      <w:r w:rsidRPr="00B20231">
        <w:rPr>
          <w:rFonts w:ascii="Times New Roman" w:hAnsi="Times New Roman" w:cs="Times New Roman"/>
          <w:sz w:val="24"/>
          <w:szCs w:val="24"/>
        </w:rPr>
        <w:t>di partecipare alla procedura per la costituzione a titolo oneroso del diritto di superficie su porzioni di terreni siti nel Comune di Orvieto</w:t>
      </w:r>
      <w:r w:rsidR="0069097A">
        <w:rPr>
          <w:rFonts w:ascii="Times New Roman" w:hAnsi="Times New Roman" w:cs="Times New Roman"/>
          <w:sz w:val="24"/>
          <w:szCs w:val="24"/>
        </w:rPr>
        <w:t xml:space="preserve"> (TR)</w:t>
      </w:r>
      <w:r w:rsidRPr="00B20231">
        <w:rPr>
          <w:rFonts w:ascii="Times New Roman" w:hAnsi="Times New Roman" w:cs="Times New Roman"/>
          <w:sz w:val="24"/>
          <w:szCs w:val="24"/>
        </w:rPr>
        <w:t>.</w:t>
      </w:r>
    </w:p>
    <w:p w14:paraId="68E010FD" w14:textId="77777777" w:rsidR="00E41A9F" w:rsidRPr="00B20231" w:rsidRDefault="00000000" w:rsidP="00B20231">
      <w:pPr>
        <w:jc w:val="both"/>
        <w:rPr>
          <w:rFonts w:ascii="Times New Roman" w:hAnsi="Times New Roman" w:cs="Times New Roman"/>
          <w:sz w:val="24"/>
          <w:szCs w:val="24"/>
        </w:rPr>
      </w:pPr>
      <w:r w:rsidRPr="00B20231">
        <w:rPr>
          <w:rFonts w:ascii="Times New Roman" w:hAnsi="Times New Roman" w:cs="Times New Roman"/>
          <w:sz w:val="24"/>
          <w:szCs w:val="24"/>
        </w:rPr>
        <w:t>Ai sensi degli artt. 46 e 47 del d.P.R. n. 445/2000, consapevole delle responsabilità penali previste dall’art. 76 del medesimo decreto,</w:t>
      </w:r>
    </w:p>
    <w:p w14:paraId="76F89864" w14:textId="77777777" w:rsidR="00E41A9F" w:rsidRPr="00B20231" w:rsidRDefault="00000000" w:rsidP="00B20231">
      <w:pPr>
        <w:jc w:val="center"/>
        <w:rPr>
          <w:rFonts w:ascii="Times New Roman" w:hAnsi="Times New Roman" w:cs="Times New Roman"/>
          <w:sz w:val="24"/>
          <w:szCs w:val="24"/>
        </w:rPr>
      </w:pPr>
      <w:r w:rsidRPr="00B20231">
        <w:rPr>
          <w:rFonts w:ascii="Times New Roman" w:hAnsi="Times New Roman" w:cs="Times New Roman"/>
          <w:b/>
          <w:sz w:val="24"/>
          <w:szCs w:val="24"/>
        </w:rPr>
        <w:t>DICHIARA</w:t>
      </w:r>
    </w:p>
    <w:p w14:paraId="5251E421" w14:textId="79BFB1F2" w:rsidR="00164D41" w:rsidRDefault="00164D41" w:rsidP="00B20231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possedere i seguenti requisiti generali:</w:t>
      </w:r>
    </w:p>
    <w:p w14:paraId="3BE8CD1F" w14:textId="77777777" w:rsidR="00164D41" w:rsidRPr="00164D41" w:rsidRDefault="00164D41" w:rsidP="00164D41">
      <w:pPr>
        <w:pStyle w:val="Puntoelenco"/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4D41">
        <w:rPr>
          <w:rFonts w:ascii="Times New Roman" w:hAnsi="Times New Roman" w:cs="Times New Roman"/>
          <w:sz w:val="24"/>
          <w:szCs w:val="24"/>
        </w:rPr>
        <w:t>di possedere la capacità giuridica e la capacità di contrarre con la pubblica amministrazione;</w:t>
      </w:r>
    </w:p>
    <w:p w14:paraId="6D11F421" w14:textId="627DE84C" w:rsidR="00164D41" w:rsidRPr="00164D41" w:rsidRDefault="00164D41" w:rsidP="00164D41">
      <w:pPr>
        <w:pStyle w:val="Puntoelenco"/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4D41">
        <w:rPr>
          <w:rFonts w:ascii="Times New Roman" w:hAnsi="Times New Roman" w:cs="Times New Roman"/>
          <w:sz w:val="24"/>
          <w:szCs w:val="24"/>
        </w:rPr>
        <w:t xml:space="preserve">di non trovarsi </w:t>
      </w:r>
      <w:r w:rsidR="008B7E72">
        <w:rPr>
          <w:rFonts w:ascii="Times New Roman" w:hAnsi="Times New Roman" w:cs="Times New Roman"/>
          <w:sz w:val="24"/>
          <w:szCs w:val="24"/>
        </w:rPr>
        <w:t>in alcuna delle</w:t>
      </w:r>
      <w:r w:rsidRPr="00164D41">
        <w:rPr>
          <w:rFonts w:ascii="Times New Roman" w:hAnsi="Times New Roman" w:cs="Times New Roman"/>
          <w:sz w:val="24"/>
          <w:szCs w:val="24"/>
        </w:rPr>
        <w:t xml:space="preserve"> cause di esclusione di cui agli artt. 94-98 del D. Lgs. n. 36/2023</w:t>
      </w:r>
    </w:p>
    <w:p w14:paraId="64CF75F8" w14:textId="77777777" w:rsidR="00164D41" w:rsidRPr="00164D41" w:rsidRDefault="00164D41" w:rsidP="00164D41">
      <w:pPr>
        <w:pStyle w:val="Puntoelenco"/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4D41">
        <w:rPr>
          <w:rFonts w:ascii="Times New Roman" w:hAnsi="Times New Roman" w:cs="Times New Roman"/>
          <w:sz w:val="24"/>
          <w:szCs w:val="24"/>
        </w:rPr>
        <w:t>di non trovarsi in cause ostative antimafia o in situazioni incompatibili con la partecipazione;</w:t>
      </w:r>
    </w:p>
    <w:p w14:paraId="05ED9F29" w14:textId="77777777" w:rsidR="00164D41" w:rsidRPr="00164D41" w:rsidRDefault="00164D41" w:rsidP="00164D41">
      <w:pPr>
        <w:pStyle w:val="Puntoelenco"/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4D41">
        <w:rPr>
          <w:rFonts w:ascii="Times New Roman" w:hAnsi="Times New Roman" w:cs="Times New Roman"/>
          <w:sz w:val="24"/>
          <w:szCs w:val="24"/>
        </w:rPr>
        <w:t>di non trovarsi in situazioni di controllo o collegamento idonee ad alterare la concorrenza;</w:t>
      </w:r>
    </w:p>
    <w:p w14:paraId="76AB8FBF" w14:textId="1A020067" w:rsidR="00164D41" w:rsidRPr="00164D41" w:rsidRDefault="00164D41" w:rsidP="00164D41">
      <w:pPr>
        <w:pStyle w:val="Puntoelenco"/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4D41">
        <w:rPr>
          <w:rFonts w:ascii="Times New Roman" w:hAnsi="Times New Roman" w:cs="Times New Roman"/>
          <w:sz w:val="24"/>
          <w:szCs w:val="24"/>
        </w:rPr>
        <w:t>di essere in regola con gli obblighi fiscali, contributivi e assicurativi applicabili.</w:t>
      </w:r>
    </w:p>
    <w:p w14:paraId="7562F3D8" w14:textId="77777777" w:rsidR="00E41A9F" w:rsidRPr="00B20231" w:rsidRDefault="00000000" w:rsidP="00B20231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0231">
        <w:rPr>
          <w:rFonts w:ascii="Times New Roman" w:hAnsi="Times New Roman" w:cs="Times New Roman"/>
          <w:sz w:val="24"/>
          <w:szCs w:val="24"/>
        </w:rPr>
        <w:t>di aver preso conoscenza dell’Avviso, del Disciplinare, dello schema di contratto e degli allegati;</w:t>
      </w:r>
    </w:p>
    <w:p w14:paraId="70318AEB" w14:textId="77777777" w:rsidR="00E41A9F" w:rsidRPr="00B20231" w:rsidRDefault="00000000" w:rsidP="00B20231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0231">
        <w:rPr>
          <w:rFonts w:ascii="Times New Roman" w:hAnsi="Times New Roman" w:cs="Times New Roman"/>
          <w:sz w:val="24"/>
          <w:szCs w:val="24"/>
        </w:rPr>
        <w:lastRenderedPageBreak/>
        <w:t>di accettare senza riserva le condizioni della procedura;</w:t>
      </w:r>
    </w:p>
    <w:p w14:paraId="37AB577A" w14:textId="77777777" w:rsidR="00E41A9F" w:rsidRPr="00B20231" w:rsidRDefault="00000000" w:rsidP="00B20231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0231">
        <w:rPr>
          <w:rFonts w:ascii="Times New Roman" w:hAnsi="Times New Roman" w:cs="Times New Roman"/>
          <w:sz w:val="24"/>
          <w:szCs w:val="24"/>
        </w:rPr>
        <w:t>di conoscere che le aree sono interessate dal rapporto agrario con scadenza al 31 dicembre 2028;</w:t>
      </w:r>
    </w:p>
    <w:p w14:paraId="4347B1C5" w14:textId="77777777" w:rsidR="00E41A9F" w:rsidRPr="00B20231" w:rsidRDefault="00000000" w:rsidP="00B20231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0231">
        <w:rPr>
          <w:rFonts w:ascii="Times New Roman" w:hAnsi="Times New Roman" w:cs="Times New Roman"/>
          <w:sz w:val="24"/>
          <w:szCs w:val="24"/>
        </w:rPr>
        <w:t>di accettare che l’aggiudicazione e gli accessi preliminari non attribuiscano la disponibilità materiale dei terreni;</w:t>
      </w:r>
    </w:p>
    <w:p w14:paraId="307BB33A" w14:textId="77777777" w:rsidR="00E41A9F" w:rsidRPr="00B20231" w:rsidRDefault="00000000" w:rsidP="00B20231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0231">
        <w:rPr>
          <w:rFonts w:ascii="Times New Roman" w:hAnsi="Times New Roman" w:cs="Times New Roman"/>
          <w:sz w:val="24"/>
          <w:szCs w:val="24"/>
        </w:rPr>
        <w:t>di accettare l’assunzione dei rischi progettuali, autorizzativi, di connessione, realizzativi, gestionali e di dismissione;</w:t>
      </w:r>
    </w:p>
    <w:p w14:paraId="149777B0" w14:textId="77777777" w:rsidR="00E41A9F" w:rsidRPr="00B20231" w:rsidRDefault="00000000" w:rsidP="00B20231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0231">
        <w:rPr>
          <w:rFonts w:ascii="Times New Roman" w:hAnsi="Times New Roman" w:cs="Times New Roman"/>
          <w:sz w:val="24"/>
          <w:szCs w:val="24"/>
        </w:rPr>
        <w:t>di accettare la disciplina della riperimetrazione entro il limite massimo della superficie aggiudicata;</w:t>
      </w:r>
    </w:p>
    <w:p w14:paraId="11D75695" w14:textId="62B78ABC" w:rsidR="00E41A9F" w:rsidRPr="00B20231" w:rsidRDefault="00000000" w:rsidP="00B20231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0231">
        <w:rPr>
          <w:rFonts w:ascii="Times New Roman" w:hAnsi="Times New Roman" w:cs="Times New Roman"/>
          <w:sz w:val="24"/>
          <w:szCs w:val="24"/>
        </w:rPr>
        <w:t xml:space="preserve">di impegnarsi a versare il deposito </w:t>
      </w:r>
      <w:r w:rsidR="00B20231">
        <w:rPr>
          <w:rFonts w:ascii="Times New Roman" w:hAnsi="Times New Roman" w:cs="Times New Roman"/>
          <w:sz w:val="24"/>
          <w:szCs w:val="24"/>
        </w:rPr>
        <w:t>cauzionale</w:t>
      </w:r>
      <w:r w:rsidRPr="00B20231">
        <w:rPr>
          <w:rFonts w:ascii="Times New Roman" w:hAnsi="Times New Roman" w:cs="Times New Roman"/>
          <w:sz w:val="24"/>
          <w:szCs w:val="24"/>
        </w:rPr>
        <w:t xml:space="preserve"> nella misura prevista dal Disciplinare;</w:t>
      </w:r>
    </w:p>
    <w:p w14:paraId="0D215C16" w14:textId="77777777" w:rsidR="00E41A9F" w:rsidRPr="00B20231" w:rsidRDefault="00000000" w:rsidP="00B20231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0231">
        <w:rPr>
          <w:rFonts w:ascii="Times New Roman" w:hAnsi="Times New Roman" w:cs="Times New Roman"/>
          <w:sz w:val="24"/>
          <w:szCs w:val="24"/>
        </w:rPr>
        <w:t>di impegnarsi a prestare la garanzia per il pagamento dei canoni;</w:t>
      </w:r>
    </w:p>
    <w:p w14:paraId="53D6762F" w14:textId="77777777" w:rsidR="00E41A9F" w:rsidRDefault="00000000" w:rsidP="00B20231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0231">
        <w:rPr>
          <w:rFonts w:ascii="Times New Roman" w:hAnsi="Times New Roman" w:cs="Times New Roman"/>
          <w:sz w:val="24"/>
          <w:szCs w:val="24"/>
        </w:rPr>
        <w:t>di impegnarsi a prestare la garanzia per dismissione e ripristino nei tempi e secondo gli importi risultanti dalla PAS o dall’autorizzazione unica;</w:t>
      </w:r>
    </w:p>
    <w:p w14:paraId="6E3CD184" w14:textId="0C610969" w:rsidR="008B7E72" w:rsidRDefault="008B7E72" w:rsidP="00B20231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7E72">
        <w:rPr>
          <w:rFonts w:ascii="Times New Roman" w:hAnsi="Times New Roman" w:cs="Times New Roman"/>
          <w:sz w:val="24"/>
          <w:szCs w:val="24"/>
        </w:rPr>
        <w:t xml:space="preserve">di impegnarsi, in caso di aggiudicazione, a presentare la PAS, l’istanza di autorizzazione unica o l’istanza relativa al diverso titolo abilitativo applicabile </w:t>
      </w:r>
      <w:r w:rsidR="00D3175A" w:rsidRPr="00D3175A">
        <w:rPr>
          <w:rFonts w:ascii="Times New Roman" w:hAnsi="Times New Roman" w:cs="Times New Roman"/>
          <w:sz w:val="24"/>
          <w:szCs w:val="24"/>
        </w:rPr>
        <w:t>entro il termine di sei mesi previsto dal Disciplinare e dallo schema di contratto; resta fermo il rispetto degli eventuali termini previsti dalla legge per i titoli relativi a superfici pubbliche ulteriori appartenenti ad altre amministrazioni, ove l’art. 10 del d.lgs. n. 190/2024 trovi applicazione a tali superfici</w:t>
      </w:r>
      <w:r w:rsidRPr="008B7E72">
        <w:rPr>
          <w:rFonts w:ascii="Times New Roman" w:hAnsi="Times New Roman" w:cs="Times New Roman"/>
          <w:sz w:val="24"/>
          <w:szCs w:val="24"/>
        </w:rPr>
        <w:t>;</w:t>
      </w:r>
    </w:p>
    <w:p w14:paraId="5DCE9B40" w14:textId="6F6941E4" w:rsidR="008B7E72" w:rsidRPr="00B20231" w:rsidRDefault="008B7E72" w:rsidP="00B20231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7E72">
        <w:rPr>
          <w:rFonts w:ascii="Times New Roman" w:hAnsi="Times New Roman" w:cs="Times New Roman"/>
          <w:sz w:val="24"/>
          <w:szCs w:val="24"/>
        </w:rPr>
        <w:t>di essere a conoscenza dell’obbligo, in caso di aggiudicazione, di rimborsare all’Azienda, prima della stipula dell’atto costitutivo, l’importo di € 4.153,71 relativo all’incarico professionale di supporto legale conferito con determinazione n. 80 del 26 giugno 2026</w:t>
      </w:r>
      <w:r w:rsidR="006D0E78" w:rsidRPr="006D0E78">
        <w:rPr>
          <w:rFonts w:ascii="Times New Roman" w:hAnsi="Times New Roman" w:cs="Times New Roman"/>
          <w:sz w:val="24"/>
          <w:szCs w:val="24"/>
        </w:rPr>
        <w:t xml:space="preserve"> </w:t>
      </w:r>
      <w:r w:rsidR="006D0E78">
        <w:rPr>
          <w:rFonts w:ascii="Times New Roman" w:hAnsi="Times New Roman" w:cs="Times New Roman"/>
          <w:sz w:val="24"/>
          <w:szCs w:val="24"/>
        </w:rPr>
        <w:t xml:space="preserve">e dell’importo di € 700,00 relativi agli </w:t>
      </w:r>
      <w:r w:rsidR="006D0E78" w:rsidRPr="00186C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oneri di pubblicazione dell'Avviso d'asta e </w:t>
      </w:r>
      <w:r w:rsidR="006D0E78">
        <w:rPr>
          <w:rFonts w:ascii="Times New Roman" w:hAnsi="Times New Roman" w:cs="Times New Roman"/>
          <w:color w:val="000000" w:themeColor="text1"/>
          <w:sz w:val="24"/>
          <w:szCs w:val="24"/>
        </w:rPr>
        <w:t>al</w:t>
      </w:r>
      <w:r w:rsidR="006D0E78" w:rsidRPr="00186CFF">
        <w:rPr>
          <w:rFonts w:ascii="Times New Roman" w:hAnsi="Times New Roman" w:cs="Times New Roman"/>
          <w:color w:val="000000" w:themeColor="text1"/>
          <w:sz w:val="24"/>
          <w:szCs w:val="24"/>
        </w:rPr>
        <w:t>le spese amministrative e di segreteria connesse all'espletamento della procedura</w:t>
      </w:r>
      <w:r w:rsidRPr="008B7E72">
        <w:rPr>
          <w:rFonts w:ascii="Times New Roman" w:hAnsi="Times New Roman" w:cs="Times New Roman"/>
          <w:sz w:val="24"/>
          <w:szCs w:val="24"/>
        </w:rPr>
        <w:t>;</w:t>
      </w:r>
    </w:p>
    <w:p w14:paraId="1663AC76" w14:textId="77777777" w:rsidR="00E41A9F" w:rsidRPr="00B20231" w:rsidRDefault="00000000" w:rsidP="00B20231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0231">
        <w:rPr>
          <w:rFonts w:ascii="Times New Roman" w:hAnsi="Times New Roman" w:cs="Times New Roman"/>
          <w:sz w:val="24"/>
          <w:szCs w:val="24"/>
        </w:rPr>
        <w:t>di autorizzare il trattamento dei dati personali per le finalità della procedura.</w:t>
      </w:r>
    </w:p>
    <w:p w14:paraId="08DBE1F1" w14:textId="2F0DA6F6" w:rsidR="00E41A9F" w:rsidRDefault="00000000" w:rsidP="00B20231">
      <w:pPr>
        <w:jc w:val="both"/>
        <w:rPr>
          <w:rFonts w:ascii="Times New Roman" w:hAnsi="Times New Roman" w:cs="Times New Roman"/>
          <w:sz w:val="24"/>
          <w:szCs w:val="24"/>
        </w:rPr>
      </w:pPr>
      <w:r w:rsidRPr="00B20231">
        <w:rPr>
          <w:rFonts w:ascii="Times New Roman" w:hAnsi="Times New Roman" w:cs="Times New Roman"/>
          <w:sz w:val="24"/>
          <w:szCs w:val="24"/>
        </w:rPr>
        <w:t xml:space="preserve">Forma di partecipazione: </w:t>
      </w:r>
    </w:p>
    <w:p w14:paraId="711015E9" w14:textId="77777777" w:rsidR="008B7E72" w:rsidRPr="008B7E72" w:rsidRDefault="008B7E72" w:rsidP="008B7E7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7E72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8B7E72">
        <w:rPr>
          <w:rFonts w:ascii="Times New Roman" w:hAnsi="Times New Roman" w:cs="Times New Roman"/>
          <w:sz w:val="24"/>
          <w:szCs w:val="24"/>
        </w:rPr>
        <w:t xml:space="preserve"> operatore economico singolo;</w:t>
      </w:r>
    </w:p>
    <w:p w14:paraId="6927ED81" w14:textId="77777777" w:rsidR="008B7E72" w:rsidRPr="008B7E72" w:rsidRDefault="008B7E72" w:rsidP="008B7E7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7E72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8B7E72">
        <w:rPr>
          <w:rFonts w:ascii="Times New Roman" w:hAnsi="Times New Roman" w:cs="Times New Roman"/>
          <w:sz w:val="24"/>
          <w:szCs w:val="24"/>
        </w:rPr>
        <w:t xml:space="preserve"> raggruppamento temporaneo costituito;</w:t>
      </w:r>
    </w:p>
    <w:p w14:paraId="1D5A0F65" w14:textId="77777777" w:rsidR="008B7E72" w:rsidRPr="008B7E72" w:rsidRDefault="008B7E72" w:rsidP="008B7E7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7E72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8B7E72">
        <w:rPr>
          <w:rFonts w:ascii="Times New Roman" w:hAnsi="Times New Roman" w:cs="Times New Roman"/>
          <w:sz w:val="24"/>
          <w:szCs w:val="24"/>
        </w:rPr>
        <w:t xml:space="preserve"> raggruppamento temporaneo costituendo;</w:t>
      </w:r>
    </w:p>
    <w:p w14:paraId="54BBEEBE" w14:textId="77777777" w:rsidR="008B7E72" w:rsidRPr="008B7E72" w:rsidRDefault="008B7E72" w:rsidP="008B7E7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7E72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8B7E72">
        <w:rPr>
          <w:rFonts w:ascii="Times New Roman" w:hAnsi="Times New Roman" w:cs="Times New Roman"/>
          <w:sz w:val="24"/>
          <w:szCs w:val="24"/>
        </w:rPr>
        <w:t xml:space="preserve"> consorzio;</w:t>
      </w:r>
    </w:p>
    <w:p w14:paraId="74B1ABAB" w14:textId="77777777" w:rsidR="008B7E72" w:rsidRPr="008B7E72" w:rsidRDefault="008B7E72" w:rsidP="008B7E7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7E72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8B7E72">
        <w:rPr>
          <w:rFonts w:ascii="Times New Roman" w:hAnsi="Times New Roman" w:cs="Times New Roman"/>
          <w:sz w:val="24"/>
          <w:szCs w:val="24"/>
        </w:rPr>
        <w:t xml:space="preserve"> altro soggetto ammesso dall’ordinamento: ____________________.</w:t>
      </w:r>
    </w:p>
    <w:p w14:paraId="1260932F" w14:textId="77777777" w:rsidR="008B7E72" w:rsidRPr="008B7E72" w:rsidRDefault="008B7E72" w:rsidP="008B7E72">
      <w:pPr>
        <w:jc w:val="both"/>
        <w:rPr>
          <w:rFonts w:ascii="Times New Roman" w:hAnsi="Times New Roman" w:cs="Times New Roman"/>
          <w:sz w:val="24"/>
          <w:szCs w:val="24"/>
        </w:rPr>
      </w:pPr>
      <w:r w:rsidRPr="008B7E72">
        <w:rPr>
          <w:rFonts w:ascii="Times New Roman" w:hAnsi="Times New Roman" w:cs="Times New Roman"/>
          <w:sz w:val="24"/>
          <w:szCs w:val="24"/>
        </w:rPr>
        <w:t>In caso di partecipazione associata, indicare:</w:t>
      </w:r>
    </w:p>
    <w:p w14:paraId="465B09B7" w14:textId="77777777" w:rsidR="008B7E72" w:rsidRPr="008B7E72" w:rsidRDefault="008B7E72" w:rsidP="008B7E72">
      <w:pPr>
        <w:jc w:val="both"/>
        <w:rPr>
          <w:rFonts w:ascii="Times New Roman" w:hAnsi="Times New Roman" w:cs="Times New Roman"/>
          <w:sz w:val="24"/>
          <w:szCs w:val="24"/>
        </w:rPr>
      </w:pPr>
      <w:r w:rsidRPr="008B7E72">
        <w:rPr>
          <w:rFonts w:ascii="Times New Roman" w:hAnsi="Times New Roman" w:cs="Times New Roman"/>
          <w:sz w:val="24"/>
          <w:szCs w:val="24"/>
        </w:rPr>
        <w:t>denominazione e sede degli operatori partecipanti: ____________________;</w:t>
      </w:r>
    </w:p>
    <w:p w14:paraId="1C38063B" w14:textId="77777777" w:rsidR="008B7E72" w:rsidRPr="008B7E72" w:rsidRDefault="008B7E72" w:rsidP="008B7E72">
      <w:pPr>
        <w:jc w:val="both"/>
        <w:rPr>
          <w:rFonts w:ascii="Times New Roman" w:hAnsi="Times New Roman" w:cs="Times New Roman"/>
          <w:sz w:val="24"/>
          <w:szCs w:val="24"/>
        </w:rPr>
      </w:pPr>
      <w:r w:rsidRPr="008B7E72">
        <w:rPr>
          <w:rFonts w:ascii="Times New Roman" w:hAnsi="Times New Roman" w:cs="Times New Roman"/>
          <w:sz w:val="24"/>
          <w:szCs w:val="24"/>
        </w:rPr>
        <w:lastRenderedPageBreak/>
        <w:t>ruolo del sottoscrittore: ____________________;</w:t>
      </w:r>
    </w:p>
    <w:p w14:paraId="274D81C0" w14:textId="77777777" w:rsidR="008B7E72" w:rsidRPr="008B7E72" w:rsidRDefault="008B7E72" w:rsidP="008B7E72">
      <w:pPr>
        <w:jc w:val="both"/>
        <w:rPr>
          <w:rFonts w:ascii="Times New Roman" w:hAnsi="Times New Roman" w:cs="Times New Roman"/>
          <w:sz w:val="24"/>
          <w:szCs w:val="24"/>
        </w:rPr>
      </w:pPr>
      <w:r w:rsidRPr="008B7E72">
        <w:rPr>
          <w:rFonts w:ascii="Times New Roman" w:hAnsi="Times New Roman" w:cs="Times New Roman"/>
          <w:sz w:val="24"/>
          <w:szCs w:val="24"/>
        </w:rPr>
        <w:t>mandataria o capogruppo: ____________________;</w:t>
      </w:r>
    </w:p>
    <w:p w14:paraId="79DF5F6E" w14:textId="77777777" w:rsidR="008B7E72" w:rsidRPr="008B7E72" w:rsidRDefault="008B7E72" w:rsidP="008B7E72">
      <w:pPr>
        <w:jc w:val="both"/>
        <w:rPr>
          <w:rFonts w:ascii="Times New Roman" w:hAnsi="Times New Roman" w:cs="Times New Roman"/>
          <w:sz w:val="24"/>
          <w:szCs w:val="24"/>
        </w:rPr>
      </w:pPr>
      <w:r w:rsidRPr="008B7E72">
        <w:rPr>
          <w:rFonts w:ascii="Times New Roman" w:hAnsi="Times New Roman" w:cs="Times New Roman"/>
          <w:sz w:val="24"/>
          <w:szCs w:val="24"/>
        </w:rPr>
        <w:t>parti dell’attività che saranno svolte da ciascun partecipante: ____________________.</w:t>
      </w:r>
    </w:p>
    <w:p w14:paraId="39B694E8" w14:textId="77777777" w:rsidR="008B7E72" w:rsidRPr="00B20231" w:rsidRDefault="008B7E72" w:rsidP="00B2023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77A16E" w14:textId="77777777" w:rsidR="00E41A9F" w:rsidRPr="00B20231" w:rsidRDefault="00000000" w:rsidP="00B20231">
      <w:pPr>
        <w:jc w:val="both"/>
        <w:rPr>
          <w:rFonts w:ascii="Times New Roman" w:hAnsi="Times New Roman" w:cs="Times New Roman"/>
          <w:sz w:val="24"/>
          <w:szCs w:val="24"/>
        </w:rPr>
      </w:pPr>
      <w:r w:rsidRPr="00B20231">
        <w:rPr>
          <w:rFonts w:ascii="Times New Roman" w:hAnsi="Times New Roman" w:cs="Times New Roman"/>
          <w:sz w:val="24"/>
          <w:szCs w:val="24"/>
        </w:rPr>
        <w:t xml:space="preserve">Luogo e data </w:t>
      </w:r>
      <w:r w:rsidRPr="00B20231">
        <w:rPr>
          <w:rFonts w:ascii="Times New Roman" w:hAnsi="Times New Roman" w:cs="Times New Roman"/>
          <w:b/>
          <w:sz w:val="24"/>
          <w:szCs w:val="24"/>
        </w:rPr>
        <w:t>*_</w:t>
      </w:r>
      <w:r w:rsidRPr="00B20231">
        <w:rPr>
          <w:rFonts w:ascii="Times New Roman" w:hAnsi="Times New Roman" w:cs="Times New Roman"/>
          <w:sz w:val="24"/>
          <w:szCs w:val="24"/>
        </w:rPr>
        <w:t>*___</w:t>
      </w:r>
    </w:p>
    <w:p w14:paraId="6678F2B8" w14:textId="77777777" w:rsidR="00E41A9F" w:rsidRPr="00B20231" w:rsidRDefault="00000000" w:rsidP="00B20231">
      <w:pPr>
        <w:jc w:val="both"/>
        <w:rPr>
          <w:rFonts w:ascii="Times New Roman" w:hAnsi="Times New Roman" w:cs="Times New Roman"/>
          <w:sz w:val="24"/>
          <w:szCs w:val="24"/>
        </w:rPr>
      </w:pPr>
      <w:r w:rsidRPr="00B20231">
        <w:rPr>
          <w:rFonts w:ascii="Times New Roman" w:hAnsi="Times New Roman" w:cs="Times New Roman"/>
          <w:sz w:val="24"/>
          <w:szCs w:val="24"/>
        </w:rPr>
        <w:t xml:space="preserve">Firma </w:t>
      </w:r>
      <w:r w:rsidRPr="00B20231">
        <w:rPr>
          <w:rFonts w:ascii="Times New Roman" w:hAnsi="Times New Roman" w:cs="Times New Roman"/>
          <w:b/>
          <w:sz w:val="24"/>
          <w:szCs w:val="24"/>
        </w:rPr>
        <w:t>*_</w:t>
      </w:r>
      <w:r w:rsidRPr="00B20231">
        <w:rPr>
          <w:rFonts w:ascii="Times New Roman" w:hAnsi="Times New Roman" w:cs="Times New Roman"/>
          <w:sz w:val="24"/>
          <w:szCs w:val="24"/>
        </w:rPr>
        <w:t>*___</w:t>
      </w:r>
    </w:p>
    <w:p w14:paraId="0B729A84" w14:textId="77777777" w:rsidR="00B20231" w:rsidRDefault="00000000" w:rsidP="00B20231">
      <w:pPr>
        <w:jc w:val="both"/>
        <w:rPr>
          <w:rFonts w:ascii="Times New Roman" w:hAnsi="Times New Roman" w:cs="Times New Roman"/>
          <w:sz w:val="24"/>
          <w:szCs w:val="24"/>
        </w:rPr>
      </w:pPr>
      <w:r w:rsidRPr="00B20231">
        <w:rPr>
          <w:rFonts w:ascii="Times New Roman" w:hAnsi="Times New Roman" w:cs="Times New Roman"/>
          <w:sz w:val="24"/>
          <w:szCs w:val="24"/>
        </w:rPr>
        <w:t xml:space="preserve">Allegati: </w:t>
      </w:r>
    </w:p>
    <w:p w14:paraId="31E93EA1" w14:textId="77777777" w:rsidR="00B20231" w:rsidRDefault="00000000" w:rsidP="00B20231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0231">
        <w:rPr>
          <w:rFonts w:ascii="Times New Roman" w:hAnsi="Times New Roman" w:cs="Times New Roman"/>
          <w:sz w:val="24"/>
          <w:szCs w:val="24"/>
        </w:rPr>
        <w:t xml:space="preserve">documento di identità; </w:t>
      </w:r>
    </w:p>
    <w:p w14:paraId="150E1BEC" w14:textId="0B631195" w:rsidR="00B20231" w:rsidRDefault="00000000" w:rsidP="00B20231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0231">
        <w:rPr>
          <w:rFonts w:ascii="Times New Roman" w:hAnsi="Times New Roman" w:cs="Times New Roman"/>
          <w:sz w:val="24"/>
          <w:szCs w:val="24"/>
        </w:rPr>
        <w:t xml:space="preserve">visura </w:t>
      </w:r>
      <w:r w:rsidR="0069097A">
        <w:rPr>
          <w:rFonts w:ascii="Times New Roman" w:hAnsi="Times New Roman" w:cs="Times New Roman"/>
          <w:sz w:val="24"/>
          <w:szCs w:val="24"/>
        </w:rPr>
        <w:t xml:space="preserve">camerale </w:t>
      </w:r>
      <w:r w:rsidRPr="00B20231">
        <w:rPr>
          <w:rFonts w:ascii="Times New Roman" w:hAnsi="Times New Roman" w:cs="Times New Roman"/>
          <w:sz w:val="24"/>
          <w:szCs w:val="24"/>
        </w:rPr>
        <w:t>o dichiarazione sostitutiva</w:t>
      </w:r>
      <w:r w:rsidR="005857F1">
        <w:rPr>
          <w:rFonts w:ascii="Times New Roman" w:hAnsi="Times New Roman" w:cs="Times New Roman"/>
          <w:sz w:val="24"/>
          <w:szCs w:val="24"/>
        </w:rPr>
        <w:t>;</w:t>
      </w:r>
    </w:p>
    <w:p w14:paraId="17827D51" w14:textId="77777777" w:rsidR="005857F1" w:rsidRPr="005857F1" w:rsidRDefault="005857F1" w:rsidP="005857F1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57F1">
        <w:rPr>
          <w:rFonts w:ascii="Times New Roman" w:hAnsi="Times New Roman" w:cs="Times New Roman"/>
          <w:sz w:val="24"/>
          <w:szCs w:val="24"/>
        </w:rPr>
        <w:t>eventuale procura;</w:t>
      </w:r>
    </w:p>
    <w:p w14:paraId="040E53F3" w14:textId="2DE4AEE3" w:rsidR="005857F1" w:rsidRPr="005857F1" w:rsidRDefault="00B430B2" w:rsidP="005857F1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eventuale </w:t>
      </w:r>
      <w:r w:rsidR="005857F1" w:rsidRPr="005857F1">
        <w:rPr>
          <w:rFonts w:ascii="Times New Roman" w:hAnsi="Times New Roman" w:cs="Times New Roman"/>
          <w:sz w:val="24"/>
          <w:szCs w:val="24"/>
        </w:rPr>
        <w:t>documentazione relativa a raggruppamenti, consorzi o altro modello partecipativo;</w:t>
      </w:r>
    </w:p>
    <w:p w14:paraId="332C32CC" w14:textId="74E37332" w:rsidR="005857F1" w:rsidRPr="005857F1" w:rsidRDefault="005857F1" w:rsidP="005857F1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57F1">
        <w:rPr>
          <w:rFonts w:ascii="Times New Roman" w:hAnsi="Times New Roman" w:cs="Times New Roman"/>
          <w:sz w:val="24"/>
          <w:szCs w:val="24"/>
        </w:rPr>
        <w:t>Allegato 3 – Dichiarazione di conoscenza delle aree e impegno alle garanzie.</w:t>
      </w:r>
    </w:p>
    <w:sectPr w:rsidR="005857F1" w:rsidRPr="005857F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8E2A78"/>
    <w:multiLevelType w:val="hybridMultilevel"/>
    <w:tmpl w:val="0082FC9E"/>
    <w:lvl w:ilvl="0" w:tplc="B6C29F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4A4A84"/>
    <w:multiLevelType w:val="hybridMultilevel"/>
    <w:tmpl w:val="ECAAD688"/>
    <w:lvl w:ilvl="0" w:tplc="B6C29F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6098721">
    <w:abstractNumId w:val="8"/>
  </w:num>
  <w:num w:numId="2" w16cid:durableId="952786220">
    <w:abstractNumId w:val="6"/>
  </w:num>
  <w:num w:numId="3" w16cid:durableId="1368524320">
    <w:abstractNumId w:val="5"/>
  </w:num>
  <w:num w:numId="4" w16cid:durableId="1085221537">
    <w:abstractNumId w:val="4"/>
  </w:num>
  <w:num w:numId="5" w16cid:durableId="1755206386">
    <w:abstractNumId w:val="7"/>
  </w:num>
  <w:num w:numId="6" w16cid:durableId="434254160">
    <w:abstractNumId w:val="3"/>
  </w:num>
  <w:num w:numId="7" w16cid:durableId="961880322">
    <w:abstractNumId w:val="2"/>
  </w:num>
  <w:num w:numId="8" w16cid:durableId="100415892">
    <w:abstractNumId w:val="1"/>
  </w:num>
  <w:num w:numId="9" w16cid:durableId="808519044">
    <w:abstractNumId w:val="0"/>
  </w:num>
  <w:num w:numId="10" w16cid:durableId="1137064710">
    <w:abstractNumId w:val="9"/>
  </w:num>
  <w:num w:numId="11" w16cid:durableId="3297966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1D9"/>
    <w:rsid w:val="0006063C"/>
    <w:rsid w:val="0015074B"/>
    <w:rsid w:val="00164D41"/>
    <w:rsid w:val="001C1603"/>
    <w:rsid w:val="0029639D"/>
    <w:rsid w:val="002D2551"/>
    <w:rsid w:val="00326F90"/>
    <w:rsid w:val="004C00D7"/>
    <w:rsid w:val="004F7F40"/>
    <w:rsid w:val="005857F1"/>
    <w:rsid w:val="0069097A"/>
    <w:rsid w:val="006D0E78"/>
    <w:rsid w:val="006F7918"/>
    <w:rsid w:val="008B7E72"/>
    <w:rsid w:val="008E4069"/>
    <w:rsid w:val="009B6F96"/>
    <w:rsid w:val="00AA1D8D"/>
    <w:rsid w:val="00B20231"/>
    <w:rsid w:val="00B430B2"/>
    <w:rsid w:val="00B47730"/>
    <w:rsid w:val="00C15E09"/>
    <w:rsid w:val="00C876F7"/>
    <w:rsid w:val="00CB0664"/>
    <w:rsid w:val="00CC1742"/>
    <w:rsid w:val="00D3175A"/>
    <w:rsid w:val="00DD6DE7"/>
    <w:rsid w:val="00E41A9F"/>
    <w:rsid w:val="00E64F5F"/>
    <w:rsid w:val="00E9260E"/>
    <w:rsid w:val="00EA2218"/>
    <w:rsid w:val="00F54772"/>
    <w:rsid w:val="00FB1E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4908D5"/>
  <w14:defaultImageDpi w14:val="300"/>
  <w15:docId w15:val="{161FA99B-952A-4334-8EE8-A4B8064B7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it-IT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e">
    <w:name w:val="Revision"/>
    <w:hidden/>
    <w:uiPriority w:val="99"/>
    <w:semiHidden/>
    <w:rsid w:val="006D0E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Antonio Serafini</cp:lastModifiedBy>
  <cp:revision>2</cp:revision>
  <cp:lastPrinted>2026-11-02T15:41:00Z</cp:lastPrinted>
  <dcterms:created xsi:type="dcterms:W3CDTF">2026-11-02T15:42:00Z</dcterms:created>
  <dcterms:modified xsi:type="dcterms:W3CDTF">2026-11-02T15:42:00Z</dcterms:modified>
  <cp:category/>
</cp:coreProperties>
</file>